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(שיטת הבלש).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 · הפעיל · נשארו: בּ־ט · שורש: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הוּרַד · הופעל · נשארו: ו־ר־ד · שורש: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 · פיעל · נשארו: ע־ו־ר · שורש: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 · נפעל · נשארו: ב־נ־ה · שורש: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 · קל · נשארו: ע־ל־ה · שורש: 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נִדּוֹן · נפעל · נשארו: דּ־ו־ן · שורש: ד־י/ו־ן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 באמצע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שיטת הבלש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מאמן הבלש – שיטת הבלש: איך מוצאים שורש חסר.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הוּרַד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נִבְנָה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נִדּוֹן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נִדּוֹן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ק־ם.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ו־ס־ד.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ש־ר.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 באמצע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„הוּרַם”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מאמן הבלש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