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שיטת הבלש · השלמת משפטים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לבחור צורת פועל נכונה במשפט ולזהות שורשים בהקשר.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עולים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✍️ השלמת משפטים (שיטת הבלש).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בגרסה זו: שפה פשוטה ומשפטים קצרים, ומילון קטן בתחילת הדף. מומלץ לעבור על המילון יחד לפני התרגול.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הִגַּעְנוּ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הִפִּיל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רָצוּ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נוֹלְדָה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בָּנוּ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י/ו־ש־ב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י/ו־ד־ע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ש־ק־י/ה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מעבירים ל„הוא אתמול”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נ׳ בהתחלה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✍️ שיטת הבלש · השלמת משפטים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תרגול: השלמת משפטים. משפטים קצרים. יש מילון קטן למעלה.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📖 מילון קטן – מילים חשובות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מילה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הסבר פשוט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שורש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🌱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 אותיות שנותנות למילה את המשמעות (root)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גזרה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קבוצת שורשים שמתנהגים אותו דבר (verb class)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בניין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🏗️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דפוס של פועל: קל, נפעל, פיעל, פועל, הפעיל, הופעל, התפעל (verb pattern)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מוספיות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✂️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אותיות שהבניין או הזמן מוסיפים לשורש (added letters)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נחה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😴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שנכתבת ולא נשמעת, או נעלמת (silent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דגש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⚫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נקודה בתוך אות (dot inside a letter)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שקרה כבר (past)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הווה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⏺️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שקורה עכשיו (present)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עתיד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מה שיקרה (future)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בחרו את הצורה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בחרו את המילה הנכונה.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אנחנו ___ לבית הספר בשמונה. (נ־ג־ע, הפעיל, עבר)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נָגַעְנוּ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מַגִּיעִים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הִגַּעְנוּ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הילד ___ את הכוס בטעות. (נ־פ־ל, הפעיל, עבר)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הִפִּיל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יִפֹּל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נָפַל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אתמול הם ___ מהר לאוטובוס. (ר־י/ו־ץ, קל, עבר)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יָרוּצוּ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רָצִים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רָצוּ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התינוקת ___ באביב. (י/ו־ל־ד, נפעל, עבר)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יָלְדָה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תּוֹלִיד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נוֹלְדָה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אתמול הילדים ___ ארמון בחול. (ב־נ־י/ה, קל, עבר)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בּוֹנִים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בָּנוּ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יִבְנוּ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מצאו את השורש במשפט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הפועל: הֵקִימוּ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הפועל: יָשַׁבְנוּ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הפועל: הוֹדִיעוּ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הפועל: הִשְׁקָה  ←  השורש: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 קצרות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עושים בצעד הראשון?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מעבירים ל„הוא אתמול”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סופרים אותיות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מוסיפים י/ו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נשארו 2 אותיות ויש דגש בראשונה. מה חסר?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נ׳ בהתחלה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 באמצע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ה׳ בסוף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משפטים משלי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3 משפטים על היום שלכם בבית הספר, עם פעלים מהגזרה.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עבר, הווה ועתיד – פועל אחד מכל זמן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„הוֹסִיף”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מילה חדשה שלמדתי: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שיטת הבלש · השלמת משפטים – דף תרגול (עולים)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