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שיטת הבלש · השלמת משפטים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לבחור צורת פועל נכונה במשפט ולזהות שורשים בהקשר.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✍️ השלמת משפטים (שיטת הבלש).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רָצוּ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אָקוּם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בָּנוּ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נוֹלְדָה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הִפִּיל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הוֹרִידוּ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ש־נ־י/ה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ב־י/ו־ן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י/ו־ט־ב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מעבירים ל„הוא אתמול”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נ׳ בהתחלה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✍️ שיטת הבלש · השלמת משפטים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השלמת משפטים – שיטת הבלש: איך מוצאים שורש חסר.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בחרו את הצורה הנכונה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 את המשפט ואת הרמז בסוגריים, והקיפו את הפועל המתאים.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אתמול הם ___ מהר לאוטובוס. (ר־י/ו־ץ, קל,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יָרוּצוּ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רָצוּ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רָצִים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מחר אני ___ מוקדם. (ק־י/ו־ם, קל, עתיד)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אָקוּם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קַמְתִּי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קָם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3. אתמול הילדים ___ ארמון בחול. (ב־נ־י/ה, קל,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יִבְנוּ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בָּנוּ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בּוֹנִים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4. התינוקת ___ באביב. (י/ו־ל־ד, נפעל,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נוֹלְדָה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תּוֹלִיד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יָלְדָה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5. הילד ___ את הכוס בטעות. (נ־פ־ל, הפעיל,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הִפִּיל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נָפַל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יִפֹּל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6. הם ___ את הכיסאות מהבמה. (י/ו־ר־ד, הפעיל, עבר)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הוֹרִידוּ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יָרְדוּ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מוֹרִידִים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מצאו את השורש במשפט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בית הספר הוּקַם לפני חמישים שנה.  ←  הפועל: הוּקַם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מזג האוויר הִשְׁתַּנָּה פתאום באמצע הטיול.  ←  הפועל: הִשְׁתַּנָּה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סוף סוף הֵבַנְתִּי את התרגיל.  ←  הפועל: הֵבַנְתִּי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התרגול היומי הֵיטִיב עם הזיכרון שלי.  ←  הפועל: הֵיטִיב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שאלות קצרות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1. מה עושים בצעד הראשון?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מעבירים ל„הוא אתמול”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סופרים אותיות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מוסיפים י/ו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2. נשארו 2 אותיות ויש דגש בראשונה. מה חסר?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א. נ׳ בהתחלה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ב. י/ו באמצע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 xml:space="preserve">   ◯ ג. ה׳ בסוף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משפטים משלי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כתבו 3 משפטים על היום שלכם בבית הספר, עם פעלים מהגזרה. סמנו כל פועל וכתבו את השורש שלו.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עבר, הווה ועתיד – פועל אחד מכל זמן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„שַׂמְתִּי”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שיטת הבלש · השלמת משפטים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