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שיטת הבלש · משחק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גרסה מודפסת של המשחק: חילוץ שורשים, מיון וזיכרון.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רצוי להפעיל את הדף אחרי הפעילות המקבילה באתר: 🎮 משחק (שיטת הבלש).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י/ו־ס־ף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ב־נ־י/ה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ע־י/ו־ר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🔵 ל״ה/י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כִּבָּה, לִבְנוֹת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🟢 פ״י/ו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הוֹדִיעוּ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🟠 ע״ו/י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הֵזִיזוּ, מְעִירָה, קָם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🟣 פ״נ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 – נ־ג־ע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נ־ס־ע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ב־נ־י/ה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ש־ת־י/ה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🎮 שיטת הבלש · משחק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בדף הזה נתרגל משחק. אפשר להיעזר בבנק המילים. עובדים לאט, שלב אחרי שלב.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ב־י/ו־ן  |  ב־נ־י/ה  |  ז־י/ו־ז  |  ט־י/ו־ס  |  י/ו־ב־ל  |  י/ו־ד־ע  |  י/ו־ל־ד  |  י/ו־ס־ף  |  י/ו־ר־ד  |  י/ו־ש־ב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סבב 1: מבצע חילוץ שורשים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בחרו את השורש הנכון. כל תשובה נכונה = ⭐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מה השורש של „הוֹסִיף”?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ס־ף־י/ה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נ־ס־ף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י/ו־ס־ף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מה השורש של „בָּנוּ”?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י/ו־ב־נ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ב־נ־י/ה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נ־ב־נ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מה השורש של „הֵעִיר”?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נ־ע־ר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ע־ר־י/ה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ע־י/ו־ר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סבב 2: מיון מהיר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כתבו כל פועל מבנק המילים בעמודה של הגזרה שלו.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מְעִירָה  |  הוֹדִיעוּ  |  כִּבָּה  |  הֵזִיזוּ  |  לִבְנוֹת  |  קָם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🔵 ל״ה/י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🟢 פ״י/ו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🟠 ע״ו/י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🟣 פ״נ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סבב 3: זוגות זיכרון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התאימו לכל פועל את השורש שלו: כתבו את האות של התשובה.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הִגִּיעַ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א. ב־נ־י/ה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נָסַעְנוּ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ב. ש־ת־י/ה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בָּנוּ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ג. נ־ס־ע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שָׁתָה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ד. נ־ג־ע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המציאו קלפי משחק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המציאו 4 קלפים חדשים למשחק: בכל קלף פועל במשפט קצר, ומאחור – השורש והגזרה.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פועל אחד מכל גזרה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משפטים מחיי בית הספר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השורש של „רָץ”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שיטת הבלש · משחק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