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רָאִינוּ, צִפּוּ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יָרַד, יָשַׁבְנוּ, אִישַׁן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הֵכִין, מְעִירָה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🟣 פ״נ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שיטת הבלש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„הִפְנָה”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פ־נ־י/ה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„אִישַׁן”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י/ו־ש־ן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נ־ש־ן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„הֵעִיר”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נ־ע־ר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„נָפַל”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נ־פ־ל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פ־ל־י/ה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פ־י/ו־ל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שימו כל מילה בעמודה הנכונה.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אִישַׁן  |  הֵכִין  |  מְעִירָה  |  יָרַד  |  צִפּוּ  |  רָאִינוּ  |  יָשַׁבְנוּ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🟣 פ״נ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הֵעִיר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נ־פ־ל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בָּנוּ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כ־ב־י/ה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„הִשְׁקָה”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